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after="80"/>
      </w:pPr>
    </w:p>
    <w:p>
      <w:pPr>
        <w:spacing w:after="0"/>
        <w:jc w:val="center"/>
      </w:pPr>
      <w:r>
        <w:rPr>
          <w:rFonts w:ascii="TH Sarabun New" w:hAnsi="TH Sarabun New" w:cs="TH Sarabun New" w:eastAsia="TH Sarabun New"/>
          <w:b/>
          <w:i w:val="0"/>
          <w:color w:val="4F46E5"/>
          <w:sz w:val="44"/>
          <w:szCs w:val="44"/>
          <w:bCs/>
        </w:rPr>
        <w:t>แฟ้มสะสมผลงาน</w:t>
      </w:r>
    </w:p>
    <w:p>
      <w:pPr>
        <w:pStyle w:val="Title"/>
        <w:jc w:val="center"/>
      </w:pPr>
      <w:r>
        <w:rPr>
          <w:rFonts w:ascii="TH Sarabun New" w:hAnsi="TH Sarabun New" w:cs="TH Sarabun New" w:eastAsia="TH Sarabun New"/>
          <w:b/>
          <w:color w:val="312E81"/>
          <w:sz w:val="108"/>
          <w:szCs w:val="108"/>
          <w:bCs/>
        </w:rPr>
        <w:t>PORTFOLIO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298"/>
      </w:tblGrid>
      <w:tr>
        <w:trPr>
          <w:trHeight w:val="3061"/>
        </w:trPr>
        <w:tc>
          <w:tcPr>
            <w:tcW w:type="dxa" w:w="2381"/>
            <w:shd w:val="clear" w:color="auto" w:fill="EEF2FF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8"/>
                <w:szCs w:val="28"/>
              </w:rPr>
              <w:t>[วางรูปถ่ายหน้าตรง</w:t>
              <w:br/>
              <w:t>Insert &gt; Pictures]</w:t>
            </w:r>
          </w:p>
          <w:p>
            <w:pPr>
              <w:jc w:val="center"/>
            </w:pPr>
          </w:p>
        </w:tc>
      </w:tr>
    </w:tbl>
    <w:p>
      <w:pPr>
        <w:spacing w:after="80"/>
      </w:pPr>
    </w:p>
    <w:p>
      <w:pPr>
        <w:spacing w:after="40"/>
        <w:jc w:val="center"/>
      </w:pPr>
      <w:r>
        <w:rPr>
          <w:rFonts w:ascii="TH Sarabun New" w:hAnsi="TH Sarabun New" w:cs="TH Sarabun New" w:eastAsia="TH Sarabun New"/>
          <w:b/>
          <w:i w:val="0"/>
          <w:sz w:val="56"/>
          <w:szCs w:val="56"/>
          <w:bCs/>
        </w:rPr>
        <w:t>[ชื่อ นามสกุล]</w:t>
      </w:r>
    </w:p>
    <w:p>
      <w:pPr>
        <w:spacing w:after="28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6B7280"/>
          <w:sz w:val="36"/>
          <w:szCs w:val="36"/>
        </w:rPr>
        <w:t>[ชื่อเล่น] · [โรงเรียน] · [ชั้น/แผนการเรียน]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7370"/>
            <w:shd w:val="clear" w:color="auto" w:fill="312E81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C7D2FE"/>
                <w:sz w:val="32"/>
                <w:szCs w:val="32"/>
              </w:rPr>
              <w:t>ยื่นสมัคร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44"/>
                <w:szCs w:val="44"/>
                <w:bCs/>
              </w:rPr>
              <w:t>[คณะ / สาขาวิชา / มหาวิทยาลัย]</w:t>
            </w:r>
          </w:p>
        </w:tc>
      </w:tr>
    </w:tbl>
    <w:p>
      <w:r>
        <w:br w:type="page"/>
      </w:r>
    </w:p>
    <w:p>
      <w:pPr>
        <w:pStyle w:val="Heading1"/>
      </w:pPr>
      <w:r>
        <w:t>สารบัญ</w:t>
      </w:r>
    </w:p>
    <w:p>
      <w:r>
        <w:rPr>
          <w:rFonts w:ascii="TH Sarabun New" w:hAnsi="TH Sarabun New" w:cs="TH Sarabun New" w:eastAsia="TH Sarabun New"/>
          <w:sz w:val="28"/>
          <w:szCs w:val="28"/>
        </w:rPr>
        <w:fldChar w:fldCharType="begin"/>
        <w:instrText xml:space="preserve">TOC \o "1-2" \h \z \u</w:instrText>
        <w:fldChar w:fldCharType="separate"/>
        <w:t>คลิกขวาแล้วเลือก Update Field เพื่อสร้างสารบัญ</w:t>
        <w:fldChar w:fldCharType="end"/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[หลังแก้หัวข้อทั้งหมดแล้ว คลิกขวาที่สารบัญ &gt; Update Field &gt; Update entire table]</w:t>
      </w:r>
    </w:p>
    <w:p>
      <w:r>
        <w:br w:type="page"/>
      </w:r>
    </w:p>
    <w:p>
      <w:pPr>
        <w:pStyle w:val="Heading1"/>
      </w:pPr>
      <w:r>
        <w:t>แนะนำตัวและเหตุผลที่เลือกสาขา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[ประโยคเรื่องเล่าหลัก (คู่มือบทที่ 1): ฉันคือคน... ที่... และอยากเรียน... เพื่อ...]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[ความยาวครึ่งหน้าถึงหนึ่งหน้า เขียนร่างด้วยตัวเองก่อน แล้วใช้ AI ช่วยตรวจคำผิดและจุดที่เกินจริง (คู่มือบทที่ 2)]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[ย่อหน้า 1: เหตุการณ์จริงที่ทำให้สนใจสาขานี้]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[ย่อหน้า 2: สิ่งที่ลงมือทำแล้วเพื่อพิสูจน์ความสนใจ]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[ย่อหน้า 3: เป้าหมายหลังเรียนจบ และเหตุผลที่เลือกที่นี่]</w:t>
      </w:r>
    </w:p>
    <w:p>
      <w:pPr>
        <w:pStyle w:val="Heading2"/>
      </w:pPr>
      <w:r>
        <w:t>ข้อมูลทั่วไป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2835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ชื่อ นามสกุล</w:t>
            </w:r>
          </w:p>
        </w:tc>
        <w:tc>
          <w:tcPr>
            <w:tcW w:type="dxa" w:w="6463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[ชื่อ นามสกุล]</w:t>
            </w:r>
          </w:p>
        </w:tc>
      </w:tr>
      <w:tr>
        <w:tc>
          <w:tcPr>
            <w:tcW w:type="dxa" w:w="2835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โรงเรียน</w:t>
            </w:r>
          </w:p>
        </w:tc>
        <w:tc>
          <w:tcPr>
            <w:tcW w:type="dxa" w:w="6463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[ชื่อโรงเรียน จังหวัด]</w:t>
            </w:r>
          </w:p>
        </w:tc>
      </w:tr>
      <w:tr>
        <w:tc>
          <w:tcPr>
            <w:tcW w:type="dxa" w:w="2835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แผนการเรียน</w:t>
            </w:r>
          </w:p>
        </w:tc>
        <w:tc>
          <w:tcPr>
            <w:tcW w:type="dxa" w:w="6463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[เช่น วิทย์–คณิต]</w:t>
            </w:r>
          </w:p>
        </w:tc>
      </w:tr>
      <w:tr>
        <w:tc>
          <w:tcPr>
            <w:tcW w:type="dxa" w:w="2835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อีเมลสำหรับติดต่อ</w:t>
            </w:r>
          </w:p>
        </w:tc>
        <w:tc>
          <w:tcPr>
            <w:tcW w:type="dxa" w:w="6463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[อีเมลที่ใช้สมัครเรียน]</w:t>
            </w:r>
          </w:p>
        </w:tc>
      </w:tr>
      <w:tr>
        <w:tc>
          <w:tcPr>
            <w:tcW w:type="dxa" w:w="2835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เว็บ portfolio</w:t>
            </w:r>
          </w:p>
        </w:tc>
        <w:tc>
          <w:tcPr>
            <w:tcW w:type="dxa" w:w="6463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[ลิงก์ portfolio.html และ QR code]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[ใส่เฉพาะข้อมูลที่ประกาศกำหนด ไม่ใส่เลขบัตรประชาชนหรือที่อยู่เต็ม ถ้าไม่ได้ขอไว้]</w:t>
      </w:r>
    </w:p>
    <w:p>
      <w:pPr>
        <w:pStyle w:val="Heading1"/>
      </w:pPr>
      <w:r>
        <w:t>ประวัติการศึกษา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4"/>
        <w:gridCol w:w="2324"/>
        <w:gridCol w:w="2324"/>
        <w:gridCol w:w="2324"/>
      </w:tblGrid>
      <w:tr>
        <w:tc>
          <w:tcPr>
            <w:tcW w:type="dxa" w:w="1701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ระดับ</w:t>
            </w:r>
          </w:p>
        </w:tc>
        <w:tc>
          <w:tcPr>
            <w:tcW w:type="dxa" w:w="3402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สถานศึกษา</w:t>
            </w:r>
          </w:p>
        </w:tc>
        <w:tc>
          <w:tcPr>
            <w:tcW w:type="dxa" w:w="2041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แผนการเรียน</w:t>
            </w:r>
          </w:p>
        </w:tc>
        <w:tc>
          <w:tcPr>
            <w:tcW w:type="dxa" w:w="2154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ผลการเรียน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[ม.4–ม.6]</w:t>
            </w:r>
          </w:p>
        </w:tc>
        <w:tc>
          <w:tcPr>
            <w:tcW w:type="dxa" w:w="3402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[โรงเรียน]</w:t>
            </w:r>
          </w:p>
        </w:tc>
        <w:tc>
          <w:tcPr>
            <w:tcW w:type="dxa" w:w="204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[แผนการเรียน]</w:t>
            </w:r>
          </w:p>
        </w:tc>
        <w:tc>
          <w:tcPr>
            <w:tcW w:type="dxa" w:w="2154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[ผลการเรียน ถ้าประกาศให้ใส่]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[ม.1–ม.3]</w:t>
            </w:r>
          </w:p>
        </w:tc>
        <w:tc>
          <w:tcPr>
            <w:tcW w:type="dxa" w:w="3402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[โรงเรียน]</w:t>
            </w:r>
          </w:p>
        </w:tc>
        <w:tc>
          <w:tcPr>
            <w:tcW w:type="dxa" w:w="204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[—]</w:t>
            </w:r>
          </w:p>
        </w:tc>
        <w:tc>
          <w:tcPr>
            <w:tcW w:type="dxa" w:w="2154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[ผลการเรียน ถ้าประกาศให้ใส่]</w:t>
            </w:r>
          </w:p>
        </w:tc>
      </w:tr>
    </w:tbl>
    <w:p>
      <w:pPr>
        <w:spacing w:after="40"/>
      </w:pPr>
    </w:p>
    <w:p>
      <w:pPr>
        <w:pStyle w:val="Heading1"/>
      </w:pPr>
      <w:r>
        <w:t>ผลงานเด่น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[เลือก 2–3 ชิ้นที่เกี่ยวข้องกับสาขามากที่สุด คัดลอกตารางด้านล่างทั้งตารางเพื่อเพิ่มชิ้นถัดไป]</w:t>
      </w:r>
    </w:p>
    <w:p>
      <w:pPr>
        <w:pStyle w:val="Heading2"/>
      </w:pPr>
      <w:r>
        <w:t>ผลงานที่ 1: [ชื่อผลงานหรือกิจกรรม]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ช่วงเวลา / ผู้จัด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[เดือน ปี – เดือน ปี / หน่วยงาน]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S สถานการณ์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[ปัญหาหรือบริบทที่เกิดขึ้น]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T หน้าที่ของฉัน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[บทบาท เป้าหมาย ทำคนเดียวหรือเป็นทีม]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A สิ่งที่ลงมือทำ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[ใช้คำกริยาชัด ๆ เล่าสิ่งที่ทำจริง]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R ผลลัพธ์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[ผลที่วัดได้ ตัวเลขต้องมีหลักฐาน]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สิ่งที่ได้เรียนรู้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[บทเรียนเฉพาะตัว และจะนำไปใช้กับการเรียนสาขานี้อย่างไร]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color="auto" w:fill="F8FAFC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8"/>
                <w:szCs w:val="28"/>
              </w:rPr>
              <w:br/>
              <w:t>[รูปหลักฐาน]</w:t>
              <w:br/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6"/>
                <w:szCs w:val="26"/>
              </w:rPr>
              <w:t>ภาพ: [คำบรรยาย ว่าคืออะไร เมื่อไร เราอยู่ตรงไหน]</w:t>
            </w:r>
          </w:p>
        </w:tc>
        <w:tc>
          <w:tcPr>
            <w:tcW w:type="dxa" w:w="4649"/>
            <w:shd w:val="clear" w:color="auto" w:fill="F8FAFC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8"/>
                <w:szCs w:val="28"/>
              </w:rPr>
              <w:br/>
              <w:t>[รูปหลักฐาน]</w:t>
              <w:br/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6"/>
                <w:szCs w:val="26"/>
              </w:rPr>
              <w:t>ภาพ: [คำบรรยาย ว่าคืออะไร เมื่อไร เราอยู่ตรงไหน]</w:t>
            </w:r>
          </w:p>
        </w:tc>
      </w:tr>
    </w:tbl>
    <w:p>
      <w:pPr>
        <w:spacing w:after="80"/>
      </w:pPr>
    </w:p>
    <w:p>
      <w:pPr>
        <w:pStyle w:val="Heading2"/>
      </w:pPr>
      <w:r>
        <w:t>ผลงานที่ 2: [ชื่อผลงานหรือกิจกรรม]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ช่วงเวลา / ผู้จัด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[เดือน ปี – เดือน ปี / หน่วยงาน]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S สถานการณ์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[ปัญหาหรือบริบทที่เกิดขึ้น]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T หน้าที่ของฉัน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[บทบาท เป้าหมาย ทำคนเดียวหรือเป็นทีม]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A สิ่งที่ลงมือทำ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[ใช้คำกริยาชัด ๆ เล่าสิ่งที่ทำจริง]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R ผลลัพธ์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[ผลที่วัดได้ ตัวเลขต้องมีหลักฐาน]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r/>
            <w:r>
              <w:rPr>
                <w:rFonts w:ascii="TH Sarabun New" w:hAnsi="TH Sarabun New" w:cs="TH Sarabun New" w:eastAsia="TH Sarabun New"/>
                <w:b/>
                <w:i w:val="0"/>
                <w:sz w:val="30"/>
                <w:szCs w:val="30"/>
                <w:bCs/>
              </w:rPr>
              <w:t>สิ่งที่ได้เรียนรู้</w:t>
            </w:r>
          </w:p>
        </w:tc>
        <w:tc>
          <w:tcPr>
            <w:tcW w:type="dxa" w:w="6690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[บทเรียนเฉพาะตัว และจะนำไปใช้กับการเรียนสาขานี้อย่างไร]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color="auto" w:fill="F8FAFC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8"/>
                <w:szCs w:val="28"/>
              </w:rPr>
              <w:br/>
              <w:t>[รูปหลักฐาน]</w:t>
              <w:br/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6"/>
                <w:szCs w:val="26"/>
              </w:rPr>
              <w:t>ภาพ: [คำบรรยาย ว่าคืออะไร เมื่อไร เราอยู่ตรงไหน]</w:t>
            </w:r>
          </w:p>
        </w:tc>
        <w:tc>
          <w:tcPr>
            <w:tcW w:type="dxa" w:w="4649"/>
            <w:shd w:val="clear" w:color="auto" w:fill="F8FAFC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8"/>
                <w:szCs w:val="28"/>
              </w:rPr>
              <w:br/>
              <w:t>[รูปหลักฐาน]</w:t>
              <w:br/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6B7280"/>
                <w:sz w:val="26"/>
                <w:szCs w:val="26"/>
              </w:rPr>
              <w:t>ภาพ: [คำบรรยาย ว่าคืออะไร เมื่อไร เราอยู่ตรงไหน]</w:t>
            </w:r>
          </w:p>
        </w:tc>
      </w:tr>
    </w:tbl>
    <w:p>
      <w:pPr>
        <w:spacing w:after="80"/>
      </w:pPr>
    </w:p>
    <w:p>
      <w:pPr>
        <w:pStyle w:val="Heading1"/>
      </w:pPr>
      <w:r>
        <w:t>กิจกรรม เกียรติบัตร และรางวัล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4"/>
        <w:gridCol w:w="2324"/>
        <w:gridCol w:w="2324"/>
        <w:gridCol w:w="2324"/>
      </w:tblGrid>
      <w:tr>
        <w:tc>
          <w:tcPr>
            <w:tcW w:type="dxa" w:w="1247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ปี</w:t>
            </w:r>
          </w:p>
        </w:tc>
        <w:tc>
          <w:tcPr>
            <w:tcW w:type="dxa" w:w="3969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กิจกรรม / รางวัล</w:t>
            </w:r>
          </w:p>
        </w:tc>
        <w:tc>
          <w:tcPr>
            <w:tcW w:type="dxa" w:w="2268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บทบาท / ระดับ</w:t>
            </w:r>
          </w:p>
        </w:tc>
        <w:tc>
          <w:tcPr>
            <w:tcW w:type="dxa" w:w="1814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หลักฐาน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[ปี]</w:t>
            </w:r>
          </w:p>
        </w:tc>
        <w:tc>
          <w:tcPr>
            <w:tcW w:type="dxa" w:w="3969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[ชื่อกิจกรรม/รางวัล]</w:t>
            </w:r>
          </w:p>
        </w:tc>
        <w:tc>
          <w:tcPr>
            <w:tcW w:type="dxa" w:w="2268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[บทบาทหรือระดับ]</w:t>
            </w:r>
          </w:p>
        </w:tc>
        <w:tc>
          <w:tcPr>
            <w:tcW w:type="dxa" w:w="1814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[ภาคผนวกหน้า ...]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[ปี]</w:t>
            </w:r>
          </w:p>
        </w:tc>
        <w:tc>
          <w:tcPr>
            <w:tcW w:type="dxa" w:w="3969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[ชื่อกิจกรรม/รางวัล]</w:t>
            </w:r>
          </w:p>
        </w:tc>
        <w:tc>
          <w:tcPr>
            <w:tcW w:type="dxa" w:w="2268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[บทบาทหรือระดับ]</w:t>
            </w:r>
          </w:p>
        </w:tc>
        <w:tc>
          <w:tcPr>
            <w:tcW w:type="dxa" w:w="1814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[ภาคผนวกหน้า ...]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[ปี]</w:t>
            </w:r>
          </w:p>
        </w:tc>
        <w:tc>
          <w:tcPr>
            <w:tcW w:type="dxa" w:w="3969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[ชื่อกิจกรรม/รางวัล]</w:t>
            </w:r>
          </w:p>
        </w:tc>
        <w:tc>
          <w:tcPr>
            <w:tcW w:type="dxa" w:w="2268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[บทบาทหรือระดับ]</w:t>
            </w:r>
          </w:p>
        </w:tc>
        <w:tc>
          <w:tcPr>
            <w:tcW w:type="dxa" w:w="1814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[ภาคผนวกหน้า ...]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[เรียงจากเกี่ยวข้องกับสาขามากที่สุด ไม่จำเป็นต้องเรียงตามปี]</w:t>
      </w:r>
    </w:p>
    <w:p>
      <w:pPr>
        <w:pStyle w:val="Heading1"/>
      </w:pPr>
      <w:r>
        <w:t>ทักษะและความสามารถ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2835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ทักษะ</w:t>
            </w:r>
          </w:p>
        </w:tc>
        <w:tc>
          <w:tcPr>
            <w:tcW w:type="dxa" w:w="3061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ระดับ / ใบรับรอง</w:t>
            </w:r>
          </w:p>
        </w:tc>
        <w:tc>
          <w:tcPr>
            <w:tcW w:type="dxa" w:w="3402"/>
            <w:shd w:val="clear" w:color="auto" w:fill="312E81"/>
          </w:tcPr>
          <w:p>
            <w:r/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ตัวอย่างที่แสดงทักษะนี้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[ทักษะ]</w:t>
            </w:r>
          </w:p>
        </w:tc>
        <w:tc>
          <w:tcPr>
            <w:tcW w:type="dxa" w:w="306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[ระดับหรือใบรับรอง]</w:t>
            </w:r>
          </w:p>
        </w:tc>
        <w:tc>
          <w:tcPr>
            <w:tcW w:type="dxa" w:w="3402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[ดูได้จากผลงานที่ ...]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[ทักษะ]</w:t>
            </w:r>
          </w:p>
        </w:tc>
        <w:tc>
          <w:tcPr>
            <w:tcW w:type="dxa" w:w="3061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[ระดับหรือใบรับรอง]</w:t>
            </w:r>
          </w:p>
        </w:tc>
        <w:tc>
          <w:tcPr>
            <w:tcW w:type="dxa" w:w="3402"/>
          </w:tcPr>
          <w:p>
            <w:r/>
            <w:r>
              <w:rPr>
                <w:rFonts w:ascii="TH Sarabun New" w:hAnsi="TH Sarabun New" w:cs="TH Sarabun New" w:eastAsia="TH Sarabun New"/>
                <w:b w:val="0"/>
                <w:i/>
                <w:color w:val="6B7280"/>
                <w:sz w:val="30"/>
                <w:szCs w:val="30"/>
              </w:rPr>
              <w:t>[ดูได้จากผลงานที่ ...]</w:t>
            </w:r>
          </w:p>
        </w:tc>
      </w:tr>
    </w:tbl>
    <w:p>
      <w:pPr>
        <w:spacing w:after="40"/>
      </w:pPr>
    </w:p>
    <w:p>
      <w:pPr>
        <w:pStyle w:val="Heading2"/>
      </w:pPr>
      <w:r>
        <w:t>เว็บ portfolio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[ใส่ลิงก์ที่กดได้ (Insert &gt; Link) และรูป QR code ของเว็บ portfolio.html สแกนทดสอบด้วยมือถือจริงก่อนส่ง]</w:t>
      </w:r>
    </w:p>
    <w:p>
      <w:r>
        <w:br w:type="page"/>
      </w:r>
    </w:p>
    <w:p>
      <w:pPr>
        <w:pStyle w:val="Heading1"/>
      </w:pPr>
      <w:r>
        <w:t>ภาคผนวก หลักฐานเพิ่มเติม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[เกียรติบัตรและหลักฐานอื่น ครอบรูปให้เห็นชื่อและผู้ออก ปิดบังเลขบัตรประชาชนก่อนแทรก ย่อขนาดด้วย Picture Format &gt; Compress Pictures]</w:t>
      </w:r>
    </w:p>
    <w:p>
      <w:pPr>
        <w:pStyle w:val="Heading2"/>
      </w:pPr>
      <w:r>
        <w:t>หมายเหตุการจัดทำ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 w:val="0"/>
          <w:sz w:val="30"/>
          <w:szCs w:val="30"/>
        </w:rPr>
        <w:t>ข้าพเจ้าใช้ AI ช่วย [ตรวจคำผิด / เรียบเรียงคำอธิบายผลงาน / แก้ไขโค้ดหน้าเว็บ] ข้อมูล ผลงาน และความคิดเห็นทั้งหมดเป็นของข้าพเจ้า และตรวจสอบกับหลักฐานจริงแล้ว</w:t>
      </w:r>
    </w:p>
    <w:p>
      <w:pPr>
        <w:spacing w:after="80"/>
      </w:pPr>
      <w:r>
        <w:rPr>
          <w:rFonts w:ascii="TH Sarabun New" w:hAnsi="TH Sarabun New" w:cs="TH Sarabun New" w:eastAsia="TH Sarabun New"/>
          <w:b w:val="0"/>
          <w:i/>
          <w:color w:val="6B7280"/>
          <w:sz w:val="30"/>
          <w:szCs w:val="30"/>
        </w:rPr>
        <w:t>[แก้ให้ตรงกับสิ่งที่ทำจริง หรือลบหน้านี้ถ้าประกาศไม่อนุญาตให้มีเนื้อหานอกหัวข้อที่กำหนด]</w:t>
      </w:r>
    </w:p>
    <w:sectPr w:rsidR="00FC693F" w:rsidRPr="0006063C" w:rsidSect="00034616">
      <w:footerReference w:type="default" r:id="rId9"/>
      <w:pgSz w:w="11906" w:h="16838"/>
      <w:pgMar w:top="1247" w:right="1304" w:bottom="1247" w:left="130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 New" w:hAnsi="TH Sarabun New" w:cs="TH Sarabun New" w:eastAsia="TH Sarabun New"/>
        <w:b w:val="0"/>
        <w:color w:val="6B7280"/>
        <w:sz w:val="26"/>
        <w:szCs w:val="26"/>
      </w:rPr>
      <w:t xml:space="preserve">[ชื่อ นามสกุล] · Portfolio · หน้า </w:t>
    </w:r>
    <w:r>
      <w:rPr>
        <w:rFonts w:ascii="TH Sarabun New" w:hAnsi="TH Sarabun New" w:cs="TH Sarabun New" w:eastAsia="TH Sarabun New"/>
        <w:sz w:val="28"/>
        <w:szCs w:val="28"/>
      </w:rP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TH Sarabun New" w:hAnsi="TH Sarabun New" w:cs="TH Sarabun New" w:eastAsia="TH Sarabun New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H Sarabun New" w:hAnsi="TH Sarabun New" w:cs="TH Sarabun New" w:eastAsia="TH Sarabun New"/>
      <w:b/>
      <w:bCs/>
      <w:color w:val="312E81"/>
      <w:sz w:val="52"/>
      <w:szCs w:val="52"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H Sarabun New" w:hAnsi="TH Sarabun New" w:cs="TH Sarabun New" w:eastAsia="TH Sarabun New"/>
      <w:b/>
      <w:bCs/>
      <w:color w:val="4F46E5"/>
      <w:sz w:val="40"/>
      <w:szCs w:val="40"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TH Sarabun New" w:hAnsi="TH Sarabun New" w:cs="TH Sarabun New" w:eastAsia="TH Sarabun New"/>
      <w:b/>
      <w:color w:val="312E81"/>
      <w:spacing w:val="5"/>
      <w:kern w:val="28"/>
      <w:sz w:val="80"/>
      <w:szCs w:val="80"/>
      <w:bC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แฟ้มสะสมผลงาน (Portfolio) - ไฟล์ตั้งต้น</dc:title>
  <dc:subject/>
  <dc:creator>HANUMANIT Training</dc:creator>
  <cp:keywords/>
  <dc:description>ไฟล์ตั้งต้นจากหลักสูตร สร้าง Portfolio ด้วย AI สำหรับนักเรียน ข้อความในวงเล็บเหลี่ยมคือคำแนะนำ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